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החבר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אלזה מורנטה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סיפור על חברות, תדמית, בושה וחרטה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יצרה: רוית ראש בן ישי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🗺️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מה במצגת?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על הסופרת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מבנה העלילה – חלק א׳ וחלק ב׳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הזמן בסיפור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הדמויות והמספר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נושאי הסיפור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שאלות למחשבה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משלכם – מכתב אחרי 10 שנים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✍️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על הסופרת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אלזה מורנטה (1912–1985), רומא, איטליה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כתבה רומנים, סיפורים ושירה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עוסקת בילדות, משפחה, עוני ובדידות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🏫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חלק א׳ – בבית הספר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פתיחה: החבר היפה והמוערץ – "רב־מלאך"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סיבוך: "משרתת" באה לקחת אותו בכל יום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שיא: בכי מר ליד שולחן המורה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התרה: האם מתה – והיא הייתה "המשרתת"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סיום: בוז הכיתה; החבר לא חוזר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חלק ב׳ – בחנות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פתיחה: המספר מגלה את החבר בחנות הדוד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סיבוך: בגד צר וקצר, חיוך מאולץ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שיא: "חרשן" מול "בן של משרתת"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התרה: אהבת הילדות חוזרת – המספר בורח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סיום: חרטה ואשמה עד היום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💭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מהו נושא הסיפור?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חברות שנשברת בגלל בושה ובוז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הפער בין תדמית למציאות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מילה אחת פוגעת – וחרטה לכל החיים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🕰️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הזמן בסיפור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זמן ההתרחשות: המספר נער בן 13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זמן הסיפֵּר: המספר אדם בוגר שמביט לאחור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המבוגר מבין מה שהנער לא הבין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הדמויות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המספר – דמות ראשית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החבר – דמות משנית מרכזית, בלי שם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האם – "המשרתת"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בני הכיתה – דמות קיבוצית, רקע מנוגד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הדוד – דמות שולית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🧑‍🎓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המספר – מספר גיבור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מספר בגוף ראשון ומשתתף בעלילה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רואים הכול רק דרך עיניו – סובייקטיבי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עובר שינוי: משופט ונוקם – למתחרט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"הייתי מוכן לשבת במקומו" – הגזמה?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החבר – תדמית מול מציאות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תדמית: יפה, מבריק, "עשיר", "מלכותי"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מציאות: עני, אם חולה, יתום, שוליה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החבר לא אמר שהוא עשיר – הכיתה דמיינה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בחנות: פגיע, אבל שומר על כבודו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🔎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רמזים מטרימים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הצמה "מזהב מוצק" – כמו שיער החבר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תסרוקת "כמנהג פשוטות העם"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פנים חיוורות ועייפות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חיוך של סוד; הולכים יחד הביתה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שאלות למחשבה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מה חיובי ומה שלילי בחברות ביניהם?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מתי יכול היה המספר למנוע את ההידרדרות?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טענה 1: העמידו פנים. טענה 2: לא. מה דעתכם?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חשבו על דוגמה מהחיים להעמדת פנים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✉️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משלכם – עברו 10 שנים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המספר כותב מכתב לחבר – או החבר כותב לאאוגוסטו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מבנה מכתב לא רשמי, לפחות 12 שורות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להיעזר באירועים ובתיאורים מהיצירה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מתנצלים? לא מתנצלים? הסבירו למה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sz w:val="96"/>
          <w:rtl/>
          <w:szCs w:val="96"/>
        </w:rPr>
        <w:t>⭐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864AB"/>
          <w:sz w:val="56"/>
          <w:rtl/>
          <w:szCs w:val="56"/>
          <w:bCs/>
        </w:rPr>
        <w:t>לסיכום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מה שרואים מבחוץ – הוא לא כל הסיפור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חברות דורשת אומץ לעמוד לצד מי שנפגע</w:t>
      </w:r>
    </w:p>
    <w:p>
      <w:pPr>
        <w:bidi/>
        <w:jc w:val="right"/>
      </w:pPr>
      <w:r>
        <w:rPr>
          <w:rFonts w:ascii="Arial" w:hAnsi="Arial" w:cs="Arial"/>
          <w:sz w:val="40"/>
          <w:rtl/>
          <w:szCs w:val="40"/>
        </w:rPr>
        <w:t>• למילים יש כוח שנשאר שנים</w:t>
      </w:r>
    </w:p>
    <w:p>
      <w:r>
        <w:br w:type="page"/>
      </w:r>
    </w:p>
    <w:sectPr w:rsidR="00FC693F" w:rsidRPr="0006063C" w:rsidSect="00034616">
      <w:footerReference w:type="default" r:id="rId9"/>
      <w:pgSz w:w="15840" w:h="12240" w:orient="landscape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מצגת –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